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i w:val="0"/>
          <w:sz w:val="24"/>
        </w:rPr>
        <w:t>CÔNG TY .....................................</w:t>
      </w:r>
    </w:p>
    <w:p>
      <w:r>
        <w:rPr>
          <w:b w:val="0"/>
          <w:i w:val="0"/>
          <w:sz w:val="24"/>
        </w:rPr>
        <w:t>Bộ phận: .....................................</w:t>
      </w:r>
    </w:p>
    <w:p/>
    <w:p>
      <w:pPr>
        <w:jc w:val="center"/>
      </w:pPr>
      <w:r>
        <w:rPr>
          <w:b/>
          <w:sz w:val="30"/>
        </w:rPr>
        <w:t>PHIẾU ĐỀ XUẤT MUA HÀNG</w:t>
      </w:r>
    </w:p>
    <w:p>
      <w:pPr>
        <w:jc w:val="center"/>
      </w:pPr>
      <w:r>
        <w:rPr>
          <w:b w:val="0"/>
          <w:i/>
          <w:sz w:val="24"/>
        </w:rPr>
        <w:t>Số: ............/ĐXMH        Ngày ...... tháng ...... năm 20......</w:t>
      </w:r>
    </w:p>
    <w:p>
      <w:r>
        <w:rPr>
          <w:b w:val="0"/>
          <w:i w:val="0"/>
          <w:sz w:val="24"/>
        </w:rPr>
        <w:t>Kính gửi: Ban Giám đốc / Bộ phận Mua hàng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STT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Tên vật tư, hàng hóa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ĐVT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Số lượng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Lý do đề xuất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Thời gian cần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b/>
              </w:rPr>
              <w:t>Ghi chú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Giấy in A4 ĐL 70</w:t>
            </w:r>
          </w:p>
        </w:tc>
        <w:tc>
          <w:tcPr>
            <w:tcW w:type="dxa" w:w="1234"/>
          </w:tcPr>
          <w:p>
            <w:r>
              <w:t>ram</w:t>
            </w:r>
          </w:p>
        </w:tc>
        <w:tc>
          <w:tcPr>
            <w:tcW w:type="dxa" w:w="1234"/>
          </w:tcPr>
          <w:p>
            <w:r>
              <w:t>20</w:t>
            </w:r>
          </w:p>
        </w:tc>
        <w:tc>
          <w:tcPr>
            <w:tcW w:type="dxa" w:w="1234"/>
          </w:tcPr>
          <w:p>
            <w:r>
              <w:t>Bổ sung văn phòng phẩm</w:t>
            </w:r>
          </w:p>
        </w:tc>
        <w:tc>
          <w:tcPr>
            <w:tcW w:type="dxa" w:w="1234"/>
          </w:tcPr>
          <w:p>
            <w:r>
              <w:t>15/07/2026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Mực in HP 12A</w:t>
            </w:r>
          </w:p>
        </w:tc>
        <w:tc>
          <w:tcPr>
            <w:tcW w:type="dxa" w:w="1234"/>
          </w:tcPr>
          <w:p>
            <w:r>
              <w:t>hộp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Sắp hết</w:t>
            </w:r>
          </w:p>
        </w:tc>
        <w:tc>
          <w:tcPr>
            <w:tcW w:type="dxa" w:w="1234"/>
          </w:tcPr>
          <w:p>
            <w:r>
              <w:t>15/07/2026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jc w:val="center"/>
            </w:pPr>
            <w:r>
              <w:rPr>
                <w:b/>
              </w:rPr>
              <w:t>Người đề xuất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</w:rPr>
              <w:t>Trưởng bộ phận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</w:rPr>
              <w:t>Người phê duyệt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i/>
                <w:sz w:val="22"/>
              </w:rPr>
              <w:t>(Ký, ghi rõ họ tên)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i/>
                <w:sz w:val="22"/>
              </w:rPr>
              <w:t>(Ký, ghi rõ họ tên)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i/>
                <w:sz w:val="22"/>
              </w:rPr>
              <w:t>(Ký, ghi rõ họ tên)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