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ĐƠN VỊ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xin nghỉ phép / đi công tác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Kính đề nghị (cấp có thẩm quyền) xem xét, chấp thuận đề nghị sau:</w:t>
      </w:r>
    </w:p>
    <w:p>
      <w:pPr>
        <w:spacing w:after="120"/>
        <w:jc w:val="both"/>
      </w:pPr>
      <w:r>
        <w:rPr>
          <w:b w:val="0"/>
          <w:i w:val="0"/>
          <w:sz w:val="26"/>
        </w:rPr>
        <w:t>Họ và tên: ..............................................  Chức vụ: 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Bộ phận: ................................................................................................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Nội dung đề nghị (nghỉ phép / đi công tác): 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Thời gian: từ ngày ................... đến ngày 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Lý do: ....................................................................................................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Người đảm nhận công việc thay thế: 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Kính mong (cấp có thẩm quyền) xem xét, chấp thuận./.</w:t>
      </w: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spacing w:after="0"/>
            </w:pPr>
            <w:r>
              <w:rPr>
                <w:sz w:val="22"/>
              </w:rPr>
              <w:t>- Như trên;</w:t>
            </w:r>
          </w:p>
          <w:p>
            <w:pPr>
              <w:spacing w:after="0"/>
            </w:pPr>
            <w:r>
              <w:rPr>
                <w:sz w:val="22"/>
              </w:rPr>
              <w:t>- Lưu: VT.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sz w:val="24"/>
              </w:rPr>
              <w:t>NGƯỜI ĐỀ NGHỊ</w:t>
            </w:r>
          </w:p>
          <w:p>
            <w:pPr>
              <w:jc w:val="center"/>
            </w:pPr>
            <w:r>
              <w:rPr>
                <w:i/>
                <w:sz w:val="22"/>
              </w:rPr>
              <w:t>(Ký tên, đóng dấu)</w:t>
            </w:r>
          </w:p>
          <w:p/>
          <w:p/>
          <w:p/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